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CONFIDENCIALIDADE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confidencialidade,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