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JUSTIFICATIVA PARA CANCELAMENTO DE NOTA FISCAL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justificativa para cancelamento de nota fiscal.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