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PARCELAMENTO DE DÍVIDA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parcelamento de dívida,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