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ENTREGA DE BENS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entrega de bens,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