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ACEITE DE SERVIÇOS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aceite de serviços,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