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EMPRÉSTIMO ENTRE PARTICULARES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