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DISTRATO SOCIAL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distrato social,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