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SOCIAL DE SOCIEDADE LIMITADA UNIPESSOAL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contrato social de sociedade limitada unipessoal,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