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LOCAÇÃO COMERCIAL SIMPLES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locação comercial simples,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