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REUNIÃO DE SÓCIOS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reunião de sócios;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