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ENTREGA DE UNIFORMES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entrega de uniformes,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