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ENTREGA DE EQUIPAMENTOS E EPIS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entrega de equipamentos e epis,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