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CONFIDENCIALIDADE PARA FUNCIONÁRIO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confidencialidade para funcionário,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