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ÚLTIMO DIA TRABALHADO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