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DE TRABALHO POR PRAZO DETERMINADO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contrato de trabalho por prazo determinado,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