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EXPERIÊNCIA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experiência,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