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ESTÁGIO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estágio,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