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COMUNICADO DE FÉRIAS COLETIVAS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comunicado de férias coletivas.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