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CARTA DE DISPENSA SEM JUSTA CAUSA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Remetente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[REMETENTE]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Destinatário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[DESTINATÁRIO]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Assunto / referência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[ASSUNTO / REFERÊNCIA]</w:t>
            </w:r>
          </w:p>
        </w:tc>
      </w:tr>
    </w:tbl>
    <w:p/>
    <w:p>
      <w:r>
        <w:rPr>
          <w:b/>
        </w:rPr>
        <w:t>Prezado(a) Senhor(a),</w:t>
      </w:r>
    </w:p>
    <w:p>
      <w:pPr>
        <w:jc w:val="both"/>
      </w:pPr>
      <w:r>
        <w:t xml:space="preserve">Por meio desta, comunicamos/formalizamos o seguinte assunto: carta de dispensa sem justa causa. </w:t>
      </w:r>
      <w:r>
        <w:rPr>
          <w:b/>
          <w:color w:val="1F4E79"/>
          <w:highlight w:val="yellow"/>
        </w:rPr>
        <w:t>[DESCREVER FATOS, DATAS, VALORES, DOCUMENTOS E PROVIDÊNCIA ESPERADA]</w:t>
      </w:r>
      <w:r>
        <w:t>.</w:t>
      </w:r>
    </w:p>
    <w:p>
      <w:pPr>
        <w:pStyle w:val="Heading2"/>
      </w:pPr>
      <w:r>
        <w:t>Providência e prazo</w:t>
      </w:r>
    </w:p>
    <w:p>
      <w:pPr>
        <w:spacing w:after="120"/>
        <w:jc w:val="both"/>
      </w:pPr>
      <w:r>
        <w:t>Solicita-se que [PROVIDÊNCIA] seja realizada até [DATA], com retorno por [CANAL DE CONTATO].</w:t>
      </w:r>
    </w:p>
    <w:p>
      <w:r>
        <w:t>Atenciosamente,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[REMETENTE / 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[CIÊNCIA DO DESTINATÁRIO,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