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AVISO DE FÉRIAS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aviso de férias.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