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VÍNCULO COM EMPRESA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