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TEMPO DE FUNCIONAMENTO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