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OPTANTE PELO SIMPLES NACIONAL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