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DISTRIBUIÇÃO DE LUCROS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