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ATIVIDADE EXERCIDA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