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DOAÇÃO DE BENS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doação de bens,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