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CÔNGRUA PASTORAL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