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TRABALHO VOLUNTÁRIO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