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DOAÇÃO RECEBIDA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