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REELEIÇÃO DA DIRETORIA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reeleição da diretoria;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