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CONSTITUIÇÃO DE ASSOCIAÇÃO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constituição de associação;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